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144"/>
        <w:gridCol w:w="2891"/>
      </w:tblGrid>
      <w:tr w:rsidR="007E785F" w14:paraId="0A1F1142" w14:textId="77777777">
        <w:trPr>
          <w:jc w:val="center"/>
        </w:trPr>
        <w:tc>
          <w:tcPr>
            <w:tcW w:w="7144" w:type="dxa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</w:tcPr>
          <w:p w14:paraId="27021747" w14:textId="77777777" w:rsidR="007E785F" w:rsidRDefault="00636EB2">
            <w:pPr>
              <w:pStyle w:val="aa"/>
            </w:pPr>
            <w:r>
              <w:t>ИНСТРУКЦИЯ ПО ЭКСПЛУАТАЦИИ</w:t>
            </w:r>
          </w:p>
          <w:p w14:paraId="1643CAC6" w14:textId="29F29F98" w:rsidR="007E785F" w:rsidRPr="009D6802" w:rsidRDefault="00636EB2">
            <w:pPr>
              <w:pStyle w:val="ac"/>
              <w:spacing w:before="20" w:after="60" w:line="240" w:lineRule="auto"/>
              <w:rPr>
                <w:lang w:val="ru-RU"/>
              </w:rPr>
            </w:pPr>
            <w:r w:rsidRPr="009D6802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Датчик движения </w:t>
            </w:r>
            <w:r>
              <w:rPr>
                <w:rFonts w:ascii="Arial" w:eastAsia="Arial" w:hAnsi="Arial"/>
                <w:color w:val="0A7684"/>
                <w:sz w:val="18"/>
              </w:rPr>
              <w:t>QENVI</w:t>
            </w:r>
            <w:r w:rsidRPr="009D6802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 </w:t>
            </w:r>
            <w:r>
              <w:rPr>
                <w:rFonts w:ascii="Arial" w:eastAsia="Arial" w:hAnsi="Arial"/>
                <w:color w:val="0A7684"/>
                <w:sz w:val="18"/>
              </w:rPr>
              <w:t>MD</w:t>
            </w:r>
            <w:r w:rsidRPr="009D6802">
              <w:rPr>
                <w:rFonts w:ascii="Arial" w:eastAsia="Arial" w:hAnsi="Arial"/>
                <w:color w:val="0A7684"/>
                <w:sz w:val="18"/>
                <w:lang w:val="ru-RU"/>
              </w:rPr>
              <w:t>-</w:t>
            </w:r>
            <w:r>
              <w:rPr>
                <w:rFonts w:ascii="Arial" w:eastAsia="Arial" w:hAnsi="Arial"/>
                <w:color w:val="0A7684"/>
                <w:sz w:val="18"/>
              </w:rPr>
              <w:t>WR</w:t>
            </w:r>
            <w:r w:rsidRPr="009D6802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 120/</w:t>
            </w:r>
            <w:r w:rsidR="009D6802">
              <w:rPr>
                <w:rFonts w:ascii="Arial" w:eastAsia="Arial" w:hAnsi="Arial"/>
                <w:color w:val="0A7684"/>
                <w:sz w:val="18"/>
                <w:lang w:val="ru-RU"/>
              </w:rPr>
              <w:t>9</w:t>
            </w:r>
            <w:r w:rsidRPr="009D6802">
              <w:rPr>
                <w:rFonts w:ascii="Arial" w:eastAsia="Arial" w:hAnsi="Arial"/>
                <w:color w:val="0A7684"/>
                <w:sz w:val="18"/>
                <w:lang w:val="ru-RU"/>
              </w:rPr>
              <w:t xml:space="preserve"> — арт. 1301</w:t>
            </w:r>
          </w:p>
          <w:p w14:paraId="41C6C873" w14:textId="77777777" w:rsidR="007E785F" w:rsidRDefault="00636EB2">
            <w:pPr>
              <w:spacing w:after="0"/>
            </w:pPr>
            <w:r w:rsidRPr="009D6802">
              <w:rPr>
                <w:lang w:val="ru-RU"/>
              </w:rPr>
              <w:t xml:space="preserve">В устройстве используются чувствительный инфракрасный детектор и интегральная электронная схема. Датчик автоматически включает подключенную нагрузку при обнаружении движения человека в зоне действия. Встроенный датчик освещенности позволяет выбирать работу днем и/или ночью. </w:t>
            </w:r>
            <w:r>
              <w:t>На лицевой части предусмотрен переключатель режимов OFF / PIR / ON.</w:t>
            </w:r>
          </w:p>
        </w:tc>
        <w:tc>
          <w:tcPr>
            <w:tcW w:w="2891" w:type="dxa"/>
            <w:tcMar>
              <w:top w:w="0" w:type="dxa"/>
              <w:left w:w="0" w:type="dxa"/>
              <w:bottom w:w="40" w:type="dxa"/>
              <w:right w:w="0" w:type="dxa"/>
            </w:tcMar>
            <w:vAlign w:val="center"/>
          </w:tcPr>
          <w:p w14:paraId="0204B84D" w14:textId="77777777" w:rsidR="007E785F" w:rsidRDefault="00636E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6B129" wp14:editId="300740CC">
                  <wp:extent cx="1620000" cy="15825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0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8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5B5B1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Технические характеристики</w:t>
      </w:r>
    </w:p>
    <w:tbl>
      <w:tblPr>
        <w:tblW w:w="0" w:type="auto"/>
        <w:jc w:val="center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3855"/>
        <w:gridCol w:w="6180"/>
      </w:tblGrid>
      <w:tr w:rsidR="007E785F" w14:paraId="52AE152A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B783848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Напряжение питания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E140FC7" w14:textId="77777777" w:rsidR="007E785F" w:rsidRDefault="00636EB2">
            <w:pPr>
              <w:spacing w:after="0"/>
            </w:pPr>
            <w:r>
              <w:rPr>
                <w:sz w:val="17"/>
              </w:rPr>
              <w:t>220-240 В переменного тока</w:t>
            </w:r>
          </w:p>
        </w:tc>
      </w:tr>
      <w:tr w:rsidR="007E785F" w14:paraId="0646BC4D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B6EDE38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Частота сети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750151C" w14:textId="77777777" w:rsidR="007E785F" w:rsidRDefault="00636EB2">
            <w:pPr>
              <w:spacing w:after="0"/>
            </w:pPr>
            <w:r>
              <w:rPr>
                <w:sz w:val="17"/>
              </w:rPr>
              <w:t>50/60 Гц</w:t>
            </w:r>
          </w:p>
        </w:tc>
      </w:tr>
      <w:tr w:rsidR="007E785F" w14:paraId="0B01DE07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2B28361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Угол обнаружения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566FCEC" w14:textId="77777777" w:rsidR="007E785F" w:rsidRDefault="00636EB2">
            <w:pPr>
              <w:spacing w:after="0"/>
            </w:pPr>
            <w:r>
              <w:rPr>
                <w:sz w:val="17"/>
              </w:rPr>
              <w:t>120°</w:t>
            </w:r>
          </w:p>
        </w:tc>
      </w:tr>
      <w:tr w:rsidR="007E785F" w:rsidRPr="009D6802" w14:paraId="10647D0D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1AF626C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Дальность обнаружения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05FA5B3" w14:textId="77777777" w:rsidR="007E785F" w:rsidRPr="009D6802" w:rsidRDefault="00636EB2">
            <w:pPr>
              <w:spacing w:after="0"/>
              <w:rPr>
                <w:lang w:val="ru-RU"/>
              </w:rPr>
            </w:pPr>
            <w:r w:rsidRPr="009D6802">
              <w:rPr>
                <w:sz w:val="17"/>
                <w:lang w:val="ru-RU"/>
              </w:rPr>
              <w:t>до 9 м при температуре ниже 24°</w:t>
            </w:r>
            <w:r>
              <w:rPr>
                <w:sz w:val="17"/>
              </w:rPr>
              <w:t>C</w:t>
            </w:r>
          </w:p>
        </w:tc>
      </w:tr>
      <w:tr w:rsidR="007E785F" w14:paraId="24E28834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A1E17F6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Настройка освещенности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F8A3A11" w14:textId="77777777" w:rsidR="007E785F" w:rsidRDefault="00636EB2">
            <w:pPr>
              <w:spacing w:after="0"/>
            </w:pPr>
            <w:r>
              <w:rPr>
                <w:sz w:val="17"/>
              </w:rPr>
              <w:t>менее 10-2000 лк, регулируемая</w:t>
            </w:r>
          </w:p>
        </w:tc>
      </w:tr>
      <w:tr w:rsidR="007E785F" w14:paraId="4E52C95E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18FE745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Задержка выключения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28A7F445" w14:textId="77777777" w:rsidR="007E785F" w:rsidRDefault="00636EB2">
            <w:pPr>
              <w:spacing w:after="0"/>
            </w:pPr>
            <w:r>
              <w:rPr>
                <w:sz w:val="17"/>
              </w:rPr>
              <w:t>от 10 ± 3 с до 7 ± 2 мин</w:t>
            </w:r>
          </w:p>
        </w:tc>
      </w:tr>
      <w:tr w:rsidR="007E785F" w14:paraId="737064E7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903EDDE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Номинальная нагрузка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6C94BDF" w14:textId="77777777" w:rsidR="007E785F" w:rsidRDefault="00636EB2">
            <w:pPr>
              <w:spacing w:after="0"/>
            </w:pPr>
            <w:r>
              <w:rPr>
                <w:sz w:val="17"/>
              </w:rPr>
              <w:t>500 Вт; 200 Вт - светодиодные лампы</w:t>
            </w:r>
          </w:p>
        </w:tc>
      </w:tr>
      <w:tr w:rsidR="007E785F" w14:paraId="10F59AFD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39DBE948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Рабочая температура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44913045" w14:textId="77777777" w:rsidR="007E785F" w:rsidRDefault="00636EB2">
            <w:pPr>
              <w:spacing w:after="0"/>
            </w:pPr>
            <w:r>
              <w:rPr>
                <w:sz w:val="17"/>
              </w:rPr>
              <w:t>от -20°C до +40°C</w:t>
            </w:r>
          </w:p>
        </w:tc>
      </w:tr>
      <w:tr w:rsidR="007E785F" w14:paraId="0B59E01E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3947A02C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Рабочая влажность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0BD87DAC" w14:textId="77777777" w:rsidR="007E785F" w:rsidRDefault="00636EB2">
            <w:pPr>
              <w:spacing w:after="0"/>
            </w:pPr>
            <w:r>
              <w:rPr>
                <w:sz w:val="17"/>
              </w:rPr>
              <w:t>менее 93% RH</w:t>
            </w:r>
          </w:p>
        </w:tc>
      </w:tr>
      <w:tr w:rsidR="007E785F" w14:paraId="63ACF2B3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11F78DF5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Высота установки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610DA62D" w14:textId="77777777" w:rsidR="007E785F" w:rsidRDefault="00636EB2">
            <w:pPr>
              <w:spacing w:after="0"/>
            </w:pPr>
            <w:r>
              <w:rPr>
                <w:sz w:val="17"/>
              </w:rPr>
              <w:t>1-1,8 м</w:t>
            </w:r>
          </w:p>
        </w:tc>
      </w:tr>
      <w:tr w:rsidR="007E785F" w14:paraId="7CBB8C65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CE79B82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Потребляемая мощность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5C45CC4D" w14:textId="77777777" w:rsidR="007E785F" w:rsidRDefault="00636EB2">
            <w:pPr>
              <w:spacing w:after="0"/>
            </w:pPr>
            <w:r>
              <w:rPr>
                <w:sz w:val="17"/>
              </w:rPr>
              <w:t>около 0,5 Вт</w:t>
            </w:r>
          </w:p>
        </w:tc>
      </w:tr>
      <w:tr w:rsidR="007E785F" w14:paraId="043B9C79" w14:textId="77777777">
        <w:trPr>
          <w:cantSplit/>
          <w:jc w:val="center"/>
        </w:trPr>
        <w:tc>
          <w:tcPr>
            <w:tcW w:w="3855" w:type="dxa"/>
            <w:shd w:val="clear" w:color="auto" w:fill="EAF5F7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42060A82" w14:textId="77777777" w:rsidR="007E785F" w:rsidRDefault="00636EB2">
            <w:pPr>
              <w:spacing w:after="0"/>
            </w:pPr>
            <w:r>
              <w:rPr>
                <w:b/>
                <w:sz w:val="17"/>
              </w:rPr>
              <w:t>Скорость движения объекта</w:t>
            </w:r>
          </w:p>
        </w:tc>
        <w:tc>
          <w:tcPr>
            <w:tcW w:w="6180" w:type="dxa"/>
            <w:tcMar>
              <w:top w:w="65" w:type="dxa"/>
              <w:left w:w="90" w:type="dxa"/>
              <w:bottom w:w="65" w:type="dxa"/>
              <w:right w:w="90" w:type="dxa"/>
            </w:tcMar>
            <w:vAlign w:val="center"/>
          </w:tcPr>
          <w:p w14:paraId="7CCDF4F7" w14:textId="77777777" w:rsidR="007E785F" w:rsidRDefault="00636EB2">
            <w:pPr>
              <w:spacing w:after="0"/>
            </w:pPr>
            <w:r>
              <w:rPr>
                <w:sz w:val="17"/>
              </w:rPr>
              <w:t>0,6-1,5 м/с</w:t>
            </w:r>
          </w:p>
        </w:tc>
      </w:tr>
    </w:tbl>
    <w:p w14:paraId="7DEE816E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Функции</w:t>
      </w:r>
    </w:p>
    <w:p w14:paraId="41E850FF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 xml:space="preserve">Распознавание уровня освещенности. В положении </w:t>
      </w:r>
      <w:r>
        <w:t>SUN</w:t>
      </w:r>
      <w:r w:rsidRPr="009D6802">
        <w:rPr>
          <w:lang w:val="ru-RU"/>
        </w:rPr>
        <w:t xml:space="preserve"> датчик работает днем и ночью; в положении </w:t>
      </w:r>
      <w:r>
        <w:t>MOON</w:t>
      </w:r>
      <w:r w:rsidRPr="009D6802">
        <w:rPr>
          <w:lang w:val="ru-RU"/>
        </w:rPr>
        <w:t xml:space="preserve"> - только при низкой освещенности.</w:t>
      </w:r>
    </w:p>
    <w:p w14:paraId="0878202E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>Повторный отсчет времени. При новом обнаружении движения во время уже начавшейся задержки отсчет запускается заново.</w:t>
      </w:r>
    </w:p>
    <w:p w14:paraId="03773A83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>Регулировка задержки выключения в пределах, указанных в технических характеристиках.</w:t>
      </w:r>
    </w:p>
    <w:p w14:paraId="100C771A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 xml:space="preserve">Трехпозиционный переключатель режимов: </w:t>
      </w:r>
      <w:r>
        <w:t>OFF</w:t>
      </w:r>
      <w:r w:rsidRPr="009D6802">
        <w:rPr>
          <w:lang w:val="ru-RU"/>
        </w:rPr>
        <w:t xml:space="preserve"> - выключено; </w:t>
      </w:r>
      <w:r>
        <w:t>PIR</w:t>
      </w:r>
      <w:r w:rsidRPr="009D6802">
        <w:rPr>
          <w:lang w:val="ru-RU"/>
        </w:rPr>
        <w:t xml:space="preserve"> - автоматическое управление по движению; </w:t>
      </w:r>
      <w:r>
        <w:t>ON</w:t>
      </w:r>
      <w:r w:rsidRPr="009D6802">
        <w:rPr>
          <w:lang w:val="ru-RU"/>
        </w:rPr>
        <w:t xml:space="preserve"> - постоянное включение.</w:t>
      </w:r>
    </w:p>
    <w:tbl>
      <w:tblPr>
        <w:tblW w:w="0" w:type="auto"/>
        <w:tblBorders>
          <w:top w:val="single" w:sz="7" w:space="0" w:color="126E82"/>
          <w:left w:val="single" w:sz="7" w:space="0" w:color="126E82"/>
          <w:bottom w:val="single" w:sz="7" w:space="0" w:color="126E82"/>
          <w:right w:val="single" w:sz="7" w:space="0" w:color="126E82"/>
          <w:insideH w:val="single" w:sz="7" w:space="0" w:color="126E82"/>
          <w:insideV w:val="single" w:sz="7" w:space="0" w:color="126E82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6521"/>
      </w:tblGrid>
      <w:tr w:rsidR="007E785F" w14:paraId="01348AD4" w14:textId="77777777">
        <w:tc>
          <w:tcPr>
            <w:tcW w:w="10149" w:type="dxa"/>
            <w:gridSpan w:val="3"/>
            <w:shd w:val="clear" w:color="auto" w:fill="FFFFFF"/>
          </w:tcPr>
          <w:p w14:paraId="4941ED2C" w14:textId="77777777" w:rsidR="007E785F" w:rsidRDefault="00636EB2">
            <w:pPr>
              <w:spacing w:after="0"/>
              <w:jc w:val="center"/>
            </w:pPr>
            <w:r>
              <w:rPr>
                <w:color w:val="5E6B73"/>
                <w:sz w:val="15"/>
              </w:rPr>
              <w:t>ПОЛОЖЕНИЯ ПЕРЕКЛЮЧАТЕЛЯ</w:t>
            </w:r>
          </w:p>
        </w:tc>
      </w:tr>
      <w:tr w:rsidR="007E785F" w14:paraId="4DAC562C" w14:textId="77777777">
        <w:tc>
          <w:tcPr>
            <w:tcW w:w="1814" w:type="dxa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57BE9253" w14:textId="77777777" w:rsidR="007E785F" w:rsidRDefault="00636EB2">
            <w:pPr>
              <w:spacing w:after="0"/>
              <w:jc w:val="center"/>
            </w:pPr>
            <w:r>
              <w:rPr>
                <w:b/>
                <w:sz w:val="17"/>
              </w:rPr>
              <w:t>ВЫКЛ.</w:t>
            </w:r>
          </w:p>
        </w:tc>
        <w:tc>
          <w:tcPr>
            <w:tcW w:w="1814" w:type="dxa"/>
            <w:shd w:val="clear" w:color="auto" w:fill="EAF5F7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4500538B" w14:textId="77777777" w:rsidR="007E785F" w:rsidRDefault="00636EB2">
            <w:pPr>
              <w:spacing w:after="0"/>
              <w:jc w:val="center"/>
            </w:pPr>
            <w:r>
              <w:rPr>
                <w:b/>
                <w:sz w:val="17"/>
              </w:rPr>
              <w:t>PIR</w:t>
            </w:r>
          </w:p>
        </w:tc>
        <w:tc>
          <w:tcPr>
            <w:tcW w:w="1814" w:type="dxa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3891D530" w14:textId="77777777" w:rsidR="007E785F" w:rsidRDefault="00636EB2">
            <w:pPr>
              <w:spacing w:after="0"/>
              <w:jc w:val="center"/>
            </w:pPr>
            <w:r>
              <w:rPr>
                <w:b/>
                <w:sz w:val="17"/>
              </w:rPr>
              <w:t>ВКЛ.</w:t>
            </w:r>
          </w:p>
        </w:tc>
      </w:tr>
    </w:tbl>
    <w:p w14:paraId="6772B79D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Рекомендации по выбору места установки</w:t>
      </w:r>
    </w:p>
    <w:p w14:paraId="36FAF5E0" w14:textId="77777777" w:rsidR="007E785F" w:rsidRDefault="00636EB2">
      <w:pPr>
        <w:spacing w:after="40"/>
      </w:pPr>
      <w:r w:rsidRPr="009D6802">
        <w:rPr>
          <w:lang w:val="ru-RU"/>
        </w:rPr>
        <w:t xml:space="preserve">Датчик реагирует на изменение температуры. </w:t>
      </w:r>
      <w:r>
        <w:t>Необходимо учитывать следующие условия:</w:t>
      </w:r>
    </w:p>
    <w:p w14:paraId="54B7652B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>Не направляйте датчик на зеркала и другие поверхности с высокой отражающей способностью.</w:t>
      </w:r>
    </w:p>
    <w:p w14:paraId="1AB117D0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>Не устанавливайте датчик рядом с вентиляционными отверстиями, кондиционерами, светильниками и другими источниками тепла.</w:t>
      </w:r>
    </w:p>
    <w:p w14:paraId="16EB3D57" w14:textId="77777777" w:rsidR="007E785F" w:rsidRPr="009D6802" w:rsidRDefault="00636EB2">
      <w:pPr>
        <w:pStyle w:val="a0"/>
        <w:keepLines/>
        <w:rPr>
          <w:lang w:val="ru-RU"/>
        </w:rPr>
      </w:pPr>
      <w:r w:rsidRPr="009D6802">
        <w:rPr>
          <w:lang w:val="ru-RU"/>
        </w:rPr>
        <w:t>Не направляйте датчик на шторы, высокие растения и другие предметы, которые могут двигаться от потока воздуха.</w:t>
      </w:r>
    </w:p>
    <w:p w14:paraId="599CDD9D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Меры безопасности</w:t>
      </w:r>
    </w:p>
    <w:tbl>
      <w:tblPr>
        <w:tblW w:w="0" w:type="auto"/>
        <w:jc w:val="center"/>
        <w:tblBorders>
          <w:top w:val="single" w:sz="10" w:space="0" w:color="D49A00"/>
          <w:left w:val="single" w:sz="10" w:space="0" w:color="D49A00"/>
          <w:bottom w:val="single" w:sz="10" w:space="0" w:color="D49A00"/>
          <w:right w:val="single" w:sz="10" w:space="0" w:color="D49A00"/>
          <w:insideH w:val="single" w:sz="10" w:space="0" w:color="D49A00"/>
          <w:insideV w:val="single" w:sz="10" w:space="0" w:color="D49A00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7E785F" w14:paraId="549DBB19" w14:textId="77777777">
        <w:trPr>
          <w:jc w:val="center"/>
        </w:trPr>
        <w:tc>
          <w:tcPr>
            <w:tcW w:w="10035" w:type="dxa"/>
            <w:shd w:val="clear" w:color="auto" w:fill="FFF4D6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1EEB3E9" w14:textId="77777777" w:rsidR="007E785F" w:rsidRPr="009D6802" w:rsidRDefault="00636EB2">
            <w:pPr>
              <w:spacing w:after="40"/>
              <w:rPr>
                <w:lang w:val="ru-RU"/>
              </w:rPr>
            </w:pPr>
            <w:r w:rsidRPr="009D6802">
              <w:rPr>
                <w:b/>
                <w:lang w:val="ru-RU"/>
              </w:rPr>
              <w:t>ВНИМАНИЕ. ОПАСНОЕ НАПРЯЖЕНИЕ.</w:t>
            </w:r>
          </w:p>
          <w:p w14:paraId="6D78F6B7" w14:textId="77777777" w:rsidR="007E785F" w:rsidRDefault="00636EB2">
            <w:pPr>
              <w:spacing w:after="0"/>
            </w:pPr>
            <w:r w:rsidRPr="009D6802">
              <w:rPr>
                <w:lang w:val="ru-RU"/>
              </w:rPr>
              <w:t xml:space="preserve">Устройство должно устанавливаться квалифицированным электриком. Перед монтажом отключите питание, исключите его случайное включение и проверьте отсутствие напряжения. </w:t>
            </w:r>
            <w:r>
              <w:t>Не касайтесь находящихся рядом токоведущих частей.</w:t>
            </w:r>
          </w:p>
        </w:tc>
      </w:tr>
    </w:tbl>
    <w:p w14:paraId="421F8839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Монтаж</w:t>
      </w:r>
    </w:p>
    <w:p w14:paraId="4EB9B9E3" w14:textId="77777777" w:rsidR="007E785F" w:rsidRDefault="00636EB2">
      <w:pPr>
        <w:keepLines/>
        <w:spacing w:after="50" w:line="259" w:lineRule="auto"/>
        <w:ind w:left="329" w:hanging="261"/>
      </w:pPr>
      <w:r>
        <w:t>1. Отключите питание.</w:t>
      </w:r>
    </w:p>
    <w:p w14:paraId="461D28BC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>2. Ослабьте винты клеммной колодки на нижней части датчика и подключите провода.</w:t>
      </w:r>
    </w:p>
    <w:p w14:paraId="67B08405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>3. Снимите лицевую панель и установите датчик в монтажную коробку.</w:t>
      </w:r>
    </w:p>
    <w:p w14:paraId="79C597D8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lastRenderedPageBreak/>
        <w:t>4. Для квадратной коробки совместите монтажные отверстия и затяните винты.</w:t>
      </w:r>
    </w:p>
    <w:p w14:paraId="2C5F261E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>5. Для круглой коробки установите датчик аналогичным образом, отрегулируйте положение и затяните винты. Фиксирующие лапки раскроются и закрепят устройство.</w:t>
      </w:r>
    </w:p>
    <w:p w14:paraId="59460F0F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>6. Установите лицевую панель, включите питание и выполните проверку.</w:t>
      </w:r>
    </w:p>
    <w:p w14:paraId="6FBC9B32" w14:textId="77777777" w:rsidR="007E785F" w:rsidRPr="009D6802" w:rsidRDefault="00636EB2">
      <w:pPr>
        <w:pStyle w:val="1"/>
        <w:rPr>
          <w:lang w:val="ru-RU"/>
        </w:rPr>
      </w:pPr>
      <w:r w:rsidRPr="009D6802">
        <w:rPr>
          <w:rFonts w:ascii="Arial" w:eastAsia="Arial" w:hAnsi="Arial"/>
          <w:color w:val="17212B"/>
          <w:sz w:val="18"/>
          <w:lang w:val="ru-RU"/>
        </w:rPr>
        <w:t>Подключение</w:t>
      </w:r>
    </w:p>
    <w:p w14:paraId="319ACAD2" w14:textId="77777777" w:rsidR="007E785F" w:rsidRPr="009D6802" w:rsidRDefault="00636EB2">
      <w:pPr>
        <w:spacing w:after="40"/>
        <w:rPr>
          <w:lang w:val="ru-RU"/>
        </w:rPr>
      </w:pPr>
      <w:r w:rsidRPr="009D6802">
        <w:rPr>
          <w:lang w:val="ru-RU"/>
        </w:rPr>
        <w:t xml:space="preserve">Подключите питание и нагрузку в соответствии с маркировкой клемм на корпусе датчика. Обозначения: </w:t>
      </w:r>
      <w:r>
        <w:t>L</w:t>
      </w:r>
      <w:r w:rsidRPr="009D6802">
        <w:rPr>
          <w:lang w:val="ru-RU"/>
        </w:rPr>
        <w:t xml:space="preserve"> - фаза питания; </w:t>
      </w:r>
      <w:r>
        <w:t>N</w:t>
      </w:r>
      <w:r w:rsidRPr="009D6802">
        <w:rPr>
          <w:lang w:val="ru-RU"/>
        </w:rPr>
        <w:t xml:space="preserve"> - нейтраль; </w:t>
      </w:r>
      <w:r>
        <w:t>A</w:t>
      </w:r>
      <w:r w:rsidRPr="009D6802">
        <w:rPr>
          <w:lang w:val="ru-RU"/>
        </w:rPr>
        <w:t xml:space="preserve"> - коммутируемый выход на нагрузку.</w:t>
      </w:r>
    </w:p>
    <w:p w14:paraId="1A63A54B" w14:textId="77777777" w:rsidR="007E785F" w:rsidRDefault="00636EB2">
      <w:pPr>
        <w:spacing w:after="20"/>
        <w:jc w:val="center"/>
      </w:pPr>
      <w:r>
        <w:rPr>
          <w:noProof/>
        </w:rPr>
        <w:drawing>
          <wp:inline distT="0" distB="0" distL="0" distR="0" wp14:anchorId="214D8FDA" wp14:editId="37946B72">
            <wp:extent cx="6263999" cy="17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ing-r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999" cy="1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0143" w14:textId="77777777" w:rsidR="007E785F" w:rsidRPr="009D6802" w:rsidRDefault="00636EB2">
      <w:pPr>
        <w:spacing w:after="40"/>
        <w:jc w:val="center"/>
        <w:rPr>
          <w:lang w:val="ru-RU"/>
        </w:rPr>
      </w:pPr>
      <w:r w:rsidRPr="009D6802">
        <w:rPr>
          <w:color w:val="5E6B73"/>
          <w:sz w:val="14"/>
          <w:lang w:val="ru-RU"/>
        </w:rPr>
        <w:t>Схема является пояснительной. Перед подключением обязательно сверяйтесь с маркировкой клемм на конкретном изделии.</w:t>
      </w:r>
    </w:p>
    <w:p w14:paraId="6942716E" w14:textId="77777777" w:rsidR="007E785F" w:rsidRPr="009D6802" w:rsidRDefault="00636EB2">
      <w:pPr>
        <w:pStyle w:val="1"/>
        <w:rPr>
          <w:lang w:val="ru-RU"/>
        </w:rPr>
      </w:pPr>
      <w:r w:rsidRPr="009D6802">
        <w:rPr>
          <w:rFonts w:ascii="Arial" w:eastAsia="Arial" w:hAnsi="Arial"/>
          <w:color w:val="17212B"/>
          <w:sz w:val="18"/>
          <w:lang w:val="ru-RU"/>
        </w:rPr>
        <w:t>Проверка и настройка</w:t>
      </w:r>
    </w:p>
    <w:p w14:paraId="3506802C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 xml:space="preserve">1. Снимите лицевую панель. Установите переключатель в положение </w:t>
      </w:r>
      <w:r>
        <w:t>ON</w:t>
      </w:r>
      <w:r w:rsidRPr="009D6802">
        <w:rPr>
          <w:lang w:val="ru-RU"/>
        </w:rPr>
        <w:t xml:space="preserve">, </w:t>
      </w:r>
      <w:r>
        <w:t>TIME</w:t>
      </w:r>
      <w:r w:rsidRPr="009D6802">
        <w:rPr>
          <w:lang w:val="ru-RU"/>
        </w:rPr>
        <w:t xml:space="preserve"> - в минимальное положение, </w:t>
      </w:r>
      <w:r>
        <w:t>LUX</w:t>
      </w:r>
      <w:r w:rsidRPr="009D6802">
        <w:rPr>
          <w:lang w:val="ru-RU"/>
        </w:rPr>
        <w:t xml:space="preserve"> - в положение </w:t>
      </w:r>
      <w:r>
        <w:t>SUN</w:t>
      </w:r>
      <w:r w:rsidRPr="009D6802">
        <w:rPr>
          <w:lang w:val="ru-RU"/>
        </w:rPr>
        <w:t>. Включите питание: лампа должна гореть.</w:t>
      </w:r>
    </w:p>
    <w:p w14:paraId="556FF173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 xml:space="preserve">2. Переведите переключатель в положение </w:t>
      </w:r>
      <w:r>
        <w:t>OFF</w:t>
      </w:r>
      <w:r w:rsidRPr="009D6802">
        <w:rPr>
          <w:lang w:val="ru-RU"/>
        </w:rPr>
        <w:t>: лампа должна немедленно погаснуть, функции датчика должны быть отключены.</w:t>
      </w:r>
    </w:p>
    <w:p w14:paraId="428E9DF9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 xml:space="preserve">3. Переведите переключатель в положение </w:t>
      </w:r>
      <w:r>
        <w:t>PIR</w:t>
      </w:r>
      <w:r w:rsidRPr="009D6802">
        <w:rPr>
          <w:lang w:val="ru-RU"/>
        </w:rPr>
        <w:t>. Через 30 секунд датчик перейдет в рабочий режим.</w:t>
      </w:r>
    </w:p>
    <w:p w14:paraId="744F2116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>4. Войдите в зону обнаружения. Лампа должна включиться. При отсутствии новых сигналов она должна выключиться через 10 ± 3 секунды.</w:t>
      </w:r>
    </w:p>
    <w:p w14:paraId="1AB53BB6" w14:textId="77777777" w:rsidR="007E785F" w:rsidRPr="009D6802" w:rsidRDefault="00636EB2">
      <w:pPr>
        <w:keepLines/>
        <w:spacing w:after="50" w:line="259" w:lineRule="auto"/>
        <w:ind w:left="329" w:hanging="261"/>
        <w:rPr>
          <w:lang w:val="ru-RU"/>
        </w:rPr>
      </w:pPr>
      <w:r w:rsidRPr="009D6802">
        <w:rPr>
          <w:lang w:val="ru-RU"/>
        </w:rPr>
        <w:t xml:space="preserve">5. Установите </w:t>
      </w:r>
      <w:r>
        <w:t>LUX</w:t>
      </w:r>
      <w:r w:rsidRPr="009D6802">
        <w:rPr>
          <w:lang w:val="ru-RU"/>
        </w:rPr>
        <w:t xml:space="preserve"> в минимальное положение. Днем после выключения нагрузки датчик не должен включать лампу. Закройте датчик непрозрачным предметом: лампа должна включиться при движении и выключиться через 10 ± 3 секунды.</w:t>
      </w:r>
    </w:p>
    <w:tbl>
      <w:tblPr>
        <w:tblW w:w="0" w:type="auto"/>
        <w:jc w:val="center"/>
        <w:tblBorders>
          <w:top w:val="single" w:sz="6" w:space="0" w:color="CCD8DC"/>
          <w:left w:val="single" w:sz="6" w:space="0" w:color="CCD8DC"/>
          <w:bottom w:val="single" w:sz="6" w:space="0" w:color="CCD8DC"/>
          <w:right w:val="single" w:sz="6" w:space="0" w:color="CCD8DC"/>
          <w:insideH w:val="single" w:sz="6" w:space="0" w:color="CCD8DC"/>
          <w:insideV w:val="single" w:sz="6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7E785F" w:rsidRPr="009D6802" w14:paraId="32035AAF" w14:textId="77777777">
        <w:trPr>
          <w:jc w:val="center"/>
        </w:trPr>
        <w:tc>
          <w:tcPr>
            <w:tcW w:w="10035" w:type="dxa"/>
            <w:shd w:val="clear" w:color="auto" w:fill="EAF5F7"/>
            <w:tcMar>
              <w:top w:w="90" w:type="dxa"/>
              <w:left w:w="120" w:type="dxa"/>
              <w:bottom w:w="90" w:type="dxa"/>
              <w:right w:w="120" w:type="dxa"/>
            </w:tcMar>
          </w:tcPr>
          <w:p w14:paraId="35C06C31" w14:textId="77777777" w:rsidR="007E785F" w:rsidRPr="009D6802" w:rsidRDefault="00636EB2">
            <w:pPr>
              <w:spacing w:after="0"/>
              <w:rPr>
                <w:lang w:val="ru-RU"/>
              </w:rPr>
            </w:pPr>
            <w:r w:rsidRPr="009D6802">
              <w:rPr>
                <w:color w:val="5E6B73"/>
                <w:sz w:val="16"/>
                <w:lang w:val="ru-RU"/>
              </w:rPr>
              <w:t xml:space="preserve">При проверке днем устанавливайте </w:t>
            </w:r>
            <w:r>
              <w:rPr>
                <w:color w:val="5E6B73"/>
                <w:sz w:val="16"/>
              </w:rPr>
              <w:t>LUX</w:t>
            </w:r>
            <w:r w:rsidRPr="009D6802">
              <w:rPr>
                <w:color w:val="5E6B73"/>
                <w:sz w:val="16"/>
                <w:lang w:val="ru-RU"/>
              </w:rPr>
              <w:t xml:space="preserve"> в положение </w:t>
            </w:r>
            <w:r>
              <w:rPr>
                <w:color w:val="5E6B73"/>
                <w:sz w:val="16"/>
              </w:rPr>
              <w:t>SUN</w:t>
            </w:r>
            <w:r w:rsidRPr="009D6802">
              <w:rPr>
                <w:color w:val="5E6B73"/>
                <w:sz w:val="16"/>
                <w:lang w:val="ru-RU"/>
              </w:rPr>
              <w:t>. Если мощность лампы превышает 60 Вт, расстояние между лампой и датчиком должно быть не менее 60 см.</w:t>
            </w:r>
          </w:p>
        </w:tc>
      </w:tr>
    </w:tbl>
    <w:p w14:paraId="45BABEF8" w14:textId="77777777" w:rsidR="007E785F" w:rsidRDefault="00636EB2">
      <w:pPr>
        <w:pStyle w:val="1"/>
      </w:pPr>
      <w:r>
        <w:rPr>
          <w:rFonts w:ascii="Arial" w:eastAsia="Arial" w:hAnsi="Arial"/>
          <w:color w:val="17212B"/>
          <w:sz w:val="18"/>
        </w:rPr>
        <w:t>Возможные неисправности и способы устранения</w:t>
      </w:r>
    </w:p>
    <w:tbl>
      <w:tblPr>
        <w:tblW w:w="0" w:type="auto"/>
        <w:jc w:val="center"/>
        <w:tblBorders>
          <w:top w:val="single" w:sz="5" w:space="0" w:color="CCD8DC"/>
          <w:left w:val="single" w:sz="5" w:space="0" w:color="CCD8DC"/>
          <w:bottom w:val="single" w:sz="5" w:space="0" w:color="CCD8DC"/>
          <w:right w:val="single" w:sz="5" w:space="0" w:color="CCD8DC"/>
          <w:insideH w:val="single" w:sz="5" w:space="0" w:color="CCD8DC"/>
          <w:insideV w:val="single" w:sz="5" w:space="0" w:color="CCD8DC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200"/>
      </w:tblGrid>
      <w:tr w:rsidR="007E785F" w14:paraId="2FC8F53C" w14:textId="77777777">
        <w:trPr>
          <w:tblHeader/>
          <w:jc w:val="center"/>
        </w:trPr>
        <w:tc>
          <w:tcPr>
            <w:tcW w:w="2835" w:type="dxa"/>
            <w:shd w:val="clear" w:color="auto" w:fill="126E8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3D104E" w14:textId="77777777" w:rsidR="007E785F" w:rsidRDefault="00636EB2">
            <w:pPr>
              <w:spacing w:after="0"/>
            </w:pPr>
            <w:r>
              <w:rPr>
                <w:b/>
                <w:color w:val="FFFFFF"/>
                <w:sz w:val="16"/>
              </w:rPr>
              <w:t>Неисправность</w:t>
            </w:r>
          </w:p>
        </w:tc>
        <w:tc>
          <w:tcPr>
            <w:tcW w:w="7200" w:type="dxa"/>
            <w:shd w:val="clear" w:color="auto" w:fill="126E8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A73C81" w14:textId="77777777" w:rsidR="007E785F" w:rsidRDefault="00636EB2">
            <w:pPr>
              <w:spacing w:after="0"/>
            </w:pPr>
            <w:r>
              <w:rPr>
                <w:b/>
                <w:color w:val="FFFFFF"/>
                <w:sz w:val="16"/>
              </w:rPr>
              <w:t>Проверка и возможная причина</w:t>
            </w:r>
          </w:p>
        </w:tc>
      </w:tr>
      <w:tr w:rsidR="007E785F" w:rsidRPr="009D6802" w14:paraId="27B7297A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74C681" w14:textId="77777777" w:rsidR="007E785F" w:rsidRDefault="00636EB2">
            <w:pPr>
              <w:spacing w:after="0"/>
            </w:pPr>
            <w:r>
              <w:rPr>
                <w:b/>
                <w:sz w:val="16"/>
              </w:rPr>
              <w:t>Нагрузка не включается</w:t>
            </w:r>
          </w:p>
        </w:tc>
        <w:tc>
          <w:tcPr>
            <w:tcW w:w="7200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F0162F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1. Проверьте правильность подключения питания и нагрузки.</w:t>
            </w:r>
          </w:p>
          <w:p w14:paraId="6A8FE250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2. Проверьте исправность подключенной нагрузки.</w:t>
            </w:r>
          </w:p>
          <w:p w14:paraId="2CE9FDB7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 xml:space="preserve">3. Проверьте, соответствует ли настройка </w:t>
            </w:r>
            <w:r>
              <w:rPr>
                <w:sz w:val="16"/>
              </w:rPr>
              <w:t>LUX</w:t>
            </w:r>
            <w:r w:rsidRPr="009D6802">
              <w:rPr>
                <w:sz w:val="16"/>
                <w:lang w:val="ru-RU"/>
              </w:rPr>
              <w:t xml:space="preserve"> фактической освещенности.</w:t>
            </w:r>
          </w:p>
        </w:tc>
      </w:tr>
      <w:tr w:rsidR="007E785F" w:rsidRPr="009D6802" w14:paraId="0FCAAD22" w14:textId="77777777">
        <w:trPr>
          <w:cantSplit/>
          <w:jc w:val="center"/>
        </w:trPr>
        <w:tc>
          <w:tcPr>
            <w:tcW w:w="2835" w:type="dxa"/>
            <w:shd w:val="clear" w:color="auto" w:fill="F7FA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BEF88D" w14:textId="77777777" w:rsidR="007E785F" w:rsidRDefault="00636EB2">
            <w:pPr>
              <w:spacing w:after="0"/>
            </w:pPr>
            <w:r>
              <w:rPr>
                <w:b/>
                <w:sz w:val="16"/>
              </w:rPr>
              <w:t>Низкая чувствительность</w:t>
            </w:r>
          </w:p>
        </w:tc>
        <w:tc>
          <w:tcPr>
            <w:tcW w:w="7200" w:type="dxa"/>
            <w:shd w:val="clear" w:color="auto" w:fill="F7FA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151FACA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1. Убедитесь, что перед окном датчика нет препятствий.</w:t>
            </w:r>
          </w:p>
          <w:p w14:paraId="110EC864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2. Проверьте, не слишком ли высокая температура окружающей среды.</w:t>
            </w:r>
          </w:p>
          <w:p w14:paraId="7F2A4FDC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3. Убедитесь, что источник движения находится в зоне обнаружения.</w:t>
            </w:r>
          </w:p>
          <w:p w14:paraId="15469938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4. Проверьте высоту установки.</w:t>
            </w:r>
          </w:p>
          <w:p w14:paraId="5070BB34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5. Проверьте, соответствует ли направление движения рекомендуемой ориентации относительно датчика.</w:t>
            </w:r>
          </w:p>
        </w:tc>
      </w:tr>
      <w:tr w:rsidR="007E785F" w:rsidRPr="009D6802" w14:paraId="03E8A66A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60B2C3" w14:textId="77777777" w:rsidR="007E785F" w:rsidRDefault="00636EB2">
            <w:pPr>
              <w:spacing w:after="0"/>
            </w:pPr>
            <w:r>
              <w:rPr>
                <w:b/>
                <w:sz w:val="16"/>
              </w:rPr>
              <w:t>Нагрузка не выключается</w:t>
            </w:r>
          </w:p>
        </w:tc>
        <w:tc>
          <w:tcPr>
            <w:tcW w:w="7200" w:type="dx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B6D2A2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1. Проверьте, нет ли непрерывного движения в зоне обнаружения.</w:t>
            </w:r>
          </w:p>
          <w:p w14:paraId="4DBB6AFD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2. Проверьте, не установлена ли максимальная задержка выключения.</w:t>
            </w:r>
          </w:p>
          <w:p w14:paraId="2A045975" w14:textId="77777777" w:rsidR="007E785F" w:rsidRPr="009D6802" w:rsidRDefault="00636EB2">
            <w:pPr>
              <w:spacing w:after="30"/>
              <w:ind w:left="198" w:hanging="198"/>
              <w:rPr>
                <w:lang w:val="ru-RU"/>
              </w:rPr>
            </w:pPr>
            <w:r w:rsidRPr="009D6802">
              <w:rPr>
                <w:sz w:val="16"/>
                <w:lang w:val="ru-RU"/>
              </w:rPr>
              <w:t>3. Проверьте соответствие параметров сети требованиям инструкции.</w:t>
            </w:r>
          </w:p>
        </w:tc>
      </w:tr>
    </w:tbl>
    <w:p w14:paraId="0F44D9DF" w14:textId="77777777" w:rsidR="007E785F" w:rsidRPr="009D6802" w:rsidRDefault="00636EB2">
      <w:pPr>
        <w:rPr>
          <w:lang w:val="ru-RU"/>
        </w:rPr>
      </w:pPr>
      <w:r w:rsidRPr="009D6802">
        <w:rPr>
          <w:lang w:val="ru-RU"/>
        </w:rPr>
        <w:br w:type="page"/>
      </w:r>
    </w:p>
    <w:p w14:paraId="5F66FDAD" w14:textId="77777777" w:rsidR="007E785F" w:rsidRDefault="00636EB2">
      <w:pPr>
        <w:spacing w:after="120"/>
      </w:pPr>
      <w:r>
        <w:rPr>
          <w:b/>
          <w:color w:val="0A7684"/>
          <w:sz w:val="30"/>
        </w:rPr>
        <w:lastRenderedPageBreak/>
        <w:t>СХЕМЫ МОНТАЖА И ЗОНЫ ОБНАРУЖЕНИЯ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867"/>
        <w:gridCol w:w="4867"/>
      </w:tblGrid>
      <w:tr w:rsidR="007E785F" w:rsidRPr="009D6802" w14:paraId="3D06BC85" w14:textId="77777777">
        <w:tc>
          <w:tcPr>
            <w:tcW w:w="4867" w:type="dxa"/>
          </w:tcPr>
          <w:p w14:paraId="0D1EC27F" w14:textId="77777777" w:rsidR="007E785F" w:rsidRDefault="007E785F"/>
          <w:p w14:paraId="70184425" w14:textId="77777777" w:rsidR="007E785F" w:rsidRDefault="00636EB2">
            <w:pPr>
              <w:spacing w:before="40" w:after="80"/>
            </w:pPr>
            <w:r>
              <w:rPr>
                <w:b/>
                <w:color w:val="0A7684"/>
                <w:sz w:val="23"/>
              </w:rPr>
              <w:t>Монтаж</w:t>
            </w:r>
          </w:p>
          <w:p w14:paraId="6DFB409E" w14:textId="77777777" w:rsidR="007E785F" w:rsidRDefault="00636EB2">
            <w:pPr>
              <w:spacing w:after="40"/>
              <w:jc w:val="center"/>
            </w:pPr>
            <w:r>
              <w:rPr>
                <w:noProof/>
              </w:rPr>
              <w:drawing>
                <wp:inline distT="0" distB="0" distL="0" distR="0" wp14:anchorId="53EAD8AB" wp14:editId="7386F34E">
                  <wp:extent cx="2926080" cy="18886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1_mounting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ACCEE" w14:textId="77777777" w:rsidR="007E785F" w:rsidRPr="009D6802" w:rsidRDefault="00636EB2">
            <w:pPr>
              <w:spacing w:before="40" w:after="40"/>
              <w:jc w:val="center"/>
              <w:rPr>
                <w:lang w:val="ru-RU"/>
              </w:rPr>
            </w:pPr>
            <w:r w:rsidRPr="009D6802">
              <w:rPr>
                <w:color w:val="4A555B"/>
                <w:sz w:val="15"/>
                <w:lang w:val="ru-RU"/>
              </w:rPr>
              <w:t>Последовательность операций показана по исходной инструкции.</w:t>
            </w:r>
          </w:p>
        </w:tc>
        <w:tc>
          <w:tcPr>
            <w:tcW w:w="4867" w:type="dxa"/>
          </w:tcPr>
          <w:p w14:paraId="7CC4B713" w14:textId="77777777" w:rsidR="007E785F" w:rsidRPr="009D6802" w:rsidRDefault="007E785F">
            <w:pPr>
              <w:rPr>
                <w:lang w:val="ru-RU"/>
              </w:rPr>
            </w:pPr>
          </w:p>
          <w:p w14:paraId="21B05455" w14:textId="77777777" w:rsidR="007E785F" w:rsidRDefault="00636EB2">
            <w:pPr>
              <w:spacing w:before="40" w:after="80"/>
            </w:pPr>
            <w:r>
              <w:rPr>
                <w:b/>
                <w:color w:val="0A7684"/>
                <w:sz w:val="23"/>
              </w:rPr>
              <w:t>Зона обнаружения</w:t>
            </w:r>
          </w:p>
          <w:p w14:paraId="04A0013F" w14:textId="77777777" w:rsidR="007E785F" w:rsidRDefault="00636EB2">
            <w:pPr>
              <w:spacing w:after="40"/>
              <w:jc w:val="center"/>
            </w:pPr>
            <w:r>
              <w:rPr>
                <w:noProof/>
              </w:rPr>
              <w:drawing>
                <wp:inline distT="0" distB="0" distL="0" distR="0" wp14:anchorId="1B30F9B7" wp14:editId="40E8970E">
                  <wp:extent cx="2926080" cy="15727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1_detection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C827D" w14:textId="77777777" w:rsidR="007E785F" w:rsidRPr="009D6802" w:rsidRDefault="00636EB2">
            <w:pPr>
              <w:spacing w:before="40" w:after="40"/>
              <w:jc w:val="center"/>
              <w:rPr>
                <w:lang w:val="ru-RU"/>
              </w:rPr>
            </w:pPr>
            <w:r w:rsidRPr="009D6802">
              <w:rPr>
                <w:color w:val="4A555B"/>
                <w:sz w:val="15"/>
                <w:lang w:val="ru-RU"/>
              </w:rPr>
              <w:t>Фактическая дальность зависит от температуры, высоты и направления движения.</w:t>
            </w:r>
          </w:p>
        </w:tc>
      </w:tr>
    </w:tbl>
    <w:p w14:paraId="467AFC41" w14:textId="77777777" w:rsidR="007E785F" w:rsidRDefault="00636EB2">
      <w:pPr>
        <w:spacing w:before="40" w:after="80"/>
      </w:pPr>
      <w:r>
        <w:rPr>
          <w:b/>
          <w:color w:val="0A7684"/>
          <w:sz w:val="22"/>
        </w:rPr>
        <w:t>Рекомендации по выбору места установки</w:t>
      </w:r>
    </w:p>
    <w:p w14:paraId="772C1D74" w14:textId="77777777" w:rsidR="007E785F" w:rsidRDefault="00636EB2">
      <w:pPr>
        <w:jc w:val="center"/>
      </w:pPr>
      <w:r>
        <w:rPr>
          <w:noProof/>
        </w:rPr>
        <w:drawing>
          <wp:inline distT="0" distB="0" distL="0" distR="0" wp14:anchorId="35F7C90E" wp14:editId="7DE8F72C">
            <wp:extent cx="5989320" cy="9850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_recommendation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9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148"/>
      </w:tblGrid>
      <w:tr w:rsidR="007E785F" w:rsidRPr="009D6802" w14:paraId="3F33EFD9" w14:textId="77777777">
        <w:tc>
          <w:tcPr>
            <w:tcW w:w="10148" w:type="dxa"/>
            <w:shd w:val="clear" w:color="auto" w:fill="EAF4F5"/>
          </w:tcPr>
          <w:p w14:paraId="7272F528" w14:textId="77777777" w:rsidR="007E785F" w:rsidRPr="009D6802" w:rsidRDefault="00636EB2">
            <w:pPr>
              <w:spacing w:before="60"/>
              <w:rPr>
                <w:lang w:val="ru-RU"/>
              </w:rPr>
            </w:pPr>
            <w:r w:rsidRPr="009D6802">
              <w:rPr>
                <w:b/>
                <w:color w:val="0A7684"/>
                <w:sz w:val="16"/>
                <w:lang w:val="ru-RU"/>
              </w:rPr>
              <w:t xml:space="preserve">Важно: </w:t>
            </w:r>
            <w:r w:rsidRPr="009D6802">
              <w:rPr>
                <w:color w:val="4A555B"/>
                <w:sz w:val="16"/>
                <w:lang w:val="ru-RU"/>
              </w:rPr>
              <w:t>перед монтажом отключите питание. Установку и подключение должен выполнять квалифицированный электрик.</w:t>
            </w:r>
          </w:p>
        </w:tc>
      </w:tr>
    </w:tbl>
    <w:p w14:paraId="46853C76" w14:textId="77777777" w:rsidR="007E785F" w:rsidRPr="009D6802" w:rsidRDefault="00636EB2">
      <w:pPr>
        <w:spacing w:after="0"/>
        <w:rPr>
          <w:lang w:val="ru-RU"/>
        </w:rPr>
      </w:pPr>
      <w:r w:rsidRPr="009D6802">
        <w:rPr>
          <w:lang w:val="ru-RU"/>
        </w:rPr>
        <w:br w:type="page"/>
      </w:r>
    </w:p>
    <w:p w14:paraId="006D528A" w14:textId="77777777" w:rsidR="007E785F" w:rsidRDefault="00636EB2">
      <w:pPr>
        <w:keepNext/>
        <w:spacing w:after="120"/>
      </w:pPr>
      <w:r>
        <w:rPr>
          <w:b/>
          <w:color w:val="0A7684"/>
          <w:sz w:val="30"/>
        </w:rPr>
        <w:lastRenderedPageBreak/>
        <w:t>ГАБАРИТНЫЕ РАЗМЕРЫ</w:t>
      </w:r>
    </w:p>
    <w:p w14:paraId="7D04192C" w14:textId="77777777" w:rsidR="007E785F" w:rsidRDefault="00636EB2">
      <w:pPr>
        <w:keepLines/>
        <w:spacing w:before="80" w:after="0"/>
        <w:jc w:val="center"/>
      </w:pPr>
      <w:r>
        <w:rPr>
          <w:noProof/>
        </w:rPr>
        <w:drawing>
          <wp:inline distT="0" distB="0" distL="0" distR="0" wp14:anchorId="6D5F520F" wp14:editId="7CDC0C0C">
            <wp:extent cx="6172200" cy="3392521"/>
            <wp:effectExtent l="0" t="0" r="0" b="0"/>
            <wp:docPr id="6" name="Схема габаритных размеров" descr="Габаритные размеры датчика QENVI MD-WR 120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ec7e1f-36c6-43bc-b546-8d577a2e55e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85F" w:rsidSect="00034616">
      <w:headerReference w:type="default" r:id="rId14"/>
      <w:footerReference w:type="default" r:id="rId15"/>
      <w:pgSz w:w="11906" w:h="16838"/>
      <w:pgMar w:top="935" w:right="879" w:bottom="879" w:left="879" w:header="369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A5B25" w14:textId="77777777" w:rsidR="00636EB2" w:rsidRDefault="00636EB2">
      <w:pPr>
        <w:spacing w:after="0" w:line="240" w:lineRule="auto"/>
      </w:pPr>
      <w:r>
        <w:separator/>
      </w:r>
    </w:p>
  </w:endnote>
  <w:endnote w:type="continuationSeparator" w:id="0">
    <w:p w14:paraId="75E5721E" w14:textId="77777777" w:rsidR="00636EB2" w:rsidRDefault="0063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A1AE5" w14:textId="77777777" w:rsidR="007E785F" w:rsidRDefault="007E785F">
    <w:pPr>
      <w:pStyle w:val="a7"/>
    </w:pPr>
  </w:p>
  <w:tbl>
    <w:tblPr>
      <w:tblW w:w="0" w:type="auto"/>
      <w:jc w:val="center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  <w:tblLayout w:type="fixed"/>
      <w:tblLook w:val="04A0" w:firstRow="1" w:lastRow="0" w:firstColumn="1" w:lastColumn="0" w:noHBand="0" w:noVBand="1"/>
    </w:tblPr>
    <w:tblGrid>
      <w:gridCol w:w="8221"/>
      <w:gridCol w:w="1927"/>
    </w:tblGrid>
    <w:tr w:rsidR="007E785F" w14:paraId="53901771" w14:textId="77777777">
      <w:trPr>
        <w:jc w:val="center"/>
      </w:trPr>
      <w:tc>
        <w:tcPr>
          <w:tcW w:w="8221" w:type="dxa"/>
          <w:tcMar>
            <w:top w:w="20" w:type="dxa"/>
            <w:left w:w="0" w:type="dxa"/>
            <w:bottom w:w="0" w:type="dxa"/>
            <w:right w:w="0" w:type="dxa"/>
          </w:tcMar>
        </w:tcPr>
        <w:p w14:paraId="7A46AF62" w14:textId="77777777" w:rsidR="007E785F" w:rsidRPr="009D6802" w:rsidRDefault="00636EB2">
          <w:pPr>
            <w:spacing w:after="0"/>
            <w:rPr>
              <w:lang w:val="ru-RU"/>
            </w:rPr>
          </w:pPr>
          <w:r w:rsidRPr="009D6802">
            <w:rPr>
              <w:color w:val="5E6B73"/>
              <w:sz w:val="14"/>
              <w:lang w:val="ru-RU"/>
            </w:rPr>
            <w:t>Сохраните инструкцию для дальнейшего использования</w:t>
          </w:r>
        </w:p>
      </w:tc>
      <w:tc>
        <w:tcPr>
          <w:tcW w:w="1927" w:type="dxa"/>
          <w:tcMar>
            <w:top w:w="20" w:type="dxa"/>
            <w:left w:w="0" w:type="dxa"/>
            <w:bottom w:w="0" w:type="dxa"/>
            <w:right w:w="0" w:type="dxa"/>
          </w:tcMar>
        </w:tcPr>
        <w:p w14:paraId="04C34DE6" w14:textId="77777777" w:rsidR="007E785F" w:rsidRDefault="00636EB2">
          <w:pPr>
            <w:jc w:val="right"/>
          </w:pPr>
          <w:r>
            <w:rPr>
              <w:color w:val="5E6B73"/>
              <w:sz w:val="14"/>
            </w:rPr>
            <w:t xml:space="preserve">Страница </w:t>
          </w:r>
          <w:r>
            <w:rPr>
              <w:color w:val="5E6B73"/>
              <w:sz w:val="15"/>
            </w:rPr>
            <w:fldChar w:fldCharType="begin"/>
          </w:r>
          <w:r>
            <w:rPr>
              <w:color w:val="5E6B73"/>
              <w:sz w:val="15"/>
            </w:rPr>
            <w:instrText>PAGE</w:instrText>
          </w:r>
          <w:r w:rsidR="009D6802">
            <w:rPr>
              <w:color w:val="5E6B73"/>
              <w:sz w:val="15"/>
            </w:rPr>
            <w:fldChar w:fldCharType="separate"/>
          </w:r>
          <w:r w:rsidR="009D6802">
            <w:rPr>
              <w:noProof/>
              <w:color w:val="5E6B73"/>
              <w:sz w:val="15"/>
            </w:rPr>
            <w:t>1</w:t>
          </w:r>
          <w:r>
            <w:rPr>
              <w:color w:val="5E6B73"/>
              <w:sz w:val="15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ABB8A" w14:textId="77777777" w:rsidR="00636EB2" w:rsidRDefault="00636EB2">
      <w:pPr>
        <w:spacing w:after="0" w:line="240" w:lineRule="auto"/>
      </w:pPr>
      <w:r>
        <w:separator/>
      </w:r>
    </w:p>
  </w:footnote>
  <w:footnote w:type="continuationSeparator" w:id="0">
    <w:p w14:paraId="15B75429" w14:textId="77777777" w:rsidR="00636EB2" w:rsidRDefault="00636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56B97" w14:textId="77777777" w:rsidR="007E785F" w:rsidRDefault="007E785F">
    <w:pPr>
      <w:pStyle w:val="a5"/>
    </w:pPr>
  </w:p>
  <w:tbl>
    <w:tblPr>
      <w:tblW w:w="0" w:type="auto"/>
      <w:jc w:val="center"/>
      <w:tblBorders>
        <w:top w:val="single" w:sz="0" w:space="0" w:color="CCD8DC"/>
        <w:left w:val="single" w:sz="0" w:space="0" w:color="CCD8DC"/>
        <w:bottom w:val="single" w:sz="0" w:space="0" w:color="CCD8DC"/>
        <w:right w:val="single" w:sz="0" w:space="0" w:color="CCD8DC"/>
        <w:insideH w:val="single" w:sz="0" w:space="0" w:color="CCD8DC"/>
        <w:insideV w:val="single" w:sz="0" w:space="0" w:color="CCD8DC"/>
      </w:tblBorders>
      <w:tblLayout w:type="fixed"/>
      <w:tblLook w:val="04A0" w:firstRow="1" w:lastRow="0" w:firstColumn="1" w:lastColumn="0" w:noHBand="0" w:noVBand="1"/>
    </w:tblPr>
    <w:tblGrid>
      <w:gridCol w:w="5103"/>
      <w:gridCol w:w="5046"/>
    </w:tblGrid>
    <w:tr w:rsidR="007E785F" w14:paraId="4F9BC51B" w14:textId="77777777">
      <w:trPr>
        <w:jc w:val="center"/>
      </w:trPr>
      <w:tc>
        <w:tcPr>
          <w:tcW w:w="5103" w:type="dxa"/>
          <w:tcMar>
            <w:top w:w="0" w:type="dxa"/>
            <w:left w:w="0" w:type="dxa"/>
            <w:bottom w:w="20" w:type="dxa"/>
            <w:right w:w="0" w:type="dxa"/>
          </w:tcMar>
        </w:tcPr>
        <w:p w14:paraId="4CDD3486" w14:textId="77777777" w:rsidR="007E785F" w:rsidRDefault="00636EB2">
          <w:pPr>
            <w:spacing w:after="0"/>
          </w:pPr>
          <w:r>
            <w:rPr>
              <w:color w:val="5E6B73"/>
              <w:sz w:val="15"/>
            </w:rPr>
            <w:t>ИНСТРУКЦИЯ ПО ЭКСПЛУАТАЦИИ</w:t>
          </w:r>
        </w:p>
      </w:tc>
      <w:tc>
        <w:tcPr>
          <w:tcW w:w="5046" w:type="dxa"/>
          <w:tcMar>
            <w:top w:w="0" w:type="dxa"/>
            <w:left w:w="0" w:type="dxa"/>
            <w:bottom w:w="20" w:type="dxa"/>
            <w:right w:w="0" w:type="dxa"/>
          </w:tcMar>
        </w:tcPr>
        <w:p w14:paraId="5D34D9FE" w14:textId="77777777" w:rsidR="007E785F" w:rsidRDefault="00636EB2">
          <w:pPr>
            <w:spacing w:after="0"/>
            <w:jc w:val="right"/>
          </w:pPr>
          <w:r>
            <w:rPr>
              <w:color w:val="5E6B73"/>
              <w:sz w:val="15"/>
            </w:rPr>
            <w:t>Артикул 1301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99026062">
    <w:abstractNumId w:val="8"/>
  </w:num>
  <w:num w:numId="2" w16cid:durableId="172963737">
    <w:abstractNumId w:val="6"/>
  </w:num>
  <w:num w:numId="3" w16cid:durableId="1426338777">
    <w:abstractNumId w:val="5"/>
  </w:num>
  <w:num w:numId="4" w16cid:durableId="394474034">
    <w:abstractNumId w:val="4"/>
  </w:num>
  <w:num w:numId="5" w16cid:durableId="78869196">
    <w:abstractNumId w:val="7"/>
  </w:num>
  <w:num w:numId="6" w16cid:durableId="9767253">
    <w:abstractNumId w:val="3"/>
  </w:num>
  <w:num w:numId="7" w16cid:durableId="1678195144">
    <w:abstractNumId w:val="2"/>
  </w:num>
  <w:num w:numId="8" w16cid:durableId="775369472">
    <w:abstractNumId w:val="1"/>
  </w:num>
  <w:num w:numId="9" w16cid:durableId="206178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36EB2"/>
    <w:rsid w:val="007E785F"/>
    <w:rsid w:val="009D6802"/>
    <w:rsid w:val="00AA1D8D"/>
    <w:rsid w:val="00B47730"/>
    <w:rsid w:val="00CB0664"/>
    <w:rsid w:val="00FB0AB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F39B3D"/>
  <w14:defaultImageDpi w14:val="300"/>
  <w15:docId w15:val="{C9B5AC34-1EDA-4A46-9864-7F9486AA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60" w:line="269" w:lineRule="auto"/>
    </w:pPr>
    <w:rPr>
      <w:rFonts w:ascii="Arial" w:eastAsia="Arial" w:hAnsi="Arial"/>
      <w:color w:val="17212B"/>
      <w:sz w:val="1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140"/>
      <w:outlineLvl w:val="0"/>
    </w:pPr>
    <w:rPr>
      <w:rFonts w:asciiTheme="majorHAnsi" w:eastAsiaTheme="majorEastAsia" w:hAnsiTheme="majorHAnsi" w:cstheme="majorBidi"/>
      <w:b/>
      <w:bCs/>
      <w:color w:val="126E82"/>
      <w:sz w:val="24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keepNext/>
      <w:pBdr>
        <w:bottom w:val="single" w:sz="8" w:space="4" w:color="4F81BD" w:themeColor="accent1"/>
      </w:pBdr>
      <w:spacing w:after="4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0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keepNext/>
      <w:numPr>
        <w:ilvl w:val="1"/>
      </w:numPr>
      <w:spacing w:after="140"/>
    </w:pPr>
    <w:rPr>
      <w:rFonts w:asciiTheme="majorHAnsi" w:eastAsiaTheme="majorEastAsia" w:hAnsiTheme="majorHAnsi" w:cstheme="majorBidi"/>
      <w:b/>
      <w:iCs/>
      <w:color w:val="126E82"/>
      <w:spacing w:val="15"/>
      <w:sz w:val="23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spacing w:after="50" w:line="259" w:lineRule="auto"/>
      <w:ind w:left="312" w:hanging="142"/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spacing w:after="50" w:line="259" w:lineRule="auto"/>
      <w:ind w:left="312" w:hanging="142"/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на русском - 1301</dc:title>
  <dc:subject>Инструкция по эксплуатации инфракрасного датчика движения</dc:subject>
  <dc:creator/>
  <cp:keywords/>
  <dc:description>generated by python-docx</dc:description>
  <cp:lastModifiedBy>Дмитрий Кузнецов</cp:lastModifiedBy>
  <cp:revision>2</cp:revision>
  <dcterms:created xsi:type="dcterms:W3CDTF">2013-12-23T23:15:00Z</dcterms:created>
  <dcterms:modified xsi:type="dcterms:W3CDTF">2026-07-21T10:20:00Z</dcterms:modified>
  <cp:category/>
</cp:coreProperties>
</file>